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377440" cy="68816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mpm-logo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688169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/>
    <w:p>
      <w:pPr>
        <w:jc w:val="center"/>
      </w:pPr>
      <w:r>
        <w:rPr>
          <w:b/>
          <w:color w:val="201409"/>
          <w:sz w:val="48"/>
        </w:rPr>
        <w:t>Programme Board Report</w:t>
      </w:r>
    </w:p>
    <w:p>
      <w:pPr>
        <w:jc w:val="center"/>
      </w:pPr>
      <w:r>
        <w:rPr>
          <w:color w:val="5C4A3A"/>
          <w:sz w:val="25"/>
        </w:rPr>
        <w:t>MSP-Aligned Template</w:t>
      </w:r>
    </w:p>
    <w:p/>
    <w:p>
      <w:pPr>
        <w:jc w:val="center"/>
      </w:pPr>
      <w:r>
        <w:rPr>
          <w:i/>
          <w:color w:val="5C4A3A"/>
          <w:sz w:val="19"/>
        </w:rPr>
        <w:t>FREE TEMPLATE — provided for reuse with no obligation</w:t>
      </w:r>
    </w:p>
    <w:p/>
    <w:p/>
    <w:p/>
    <w:p>
      <w:pPr>
        <w:jc w:val="center"/>
      </w:pPr>
      <w:r>
        <w:rPr>
          <w:i/>
          <w:color w:val="5C4A3A"/>
          <w:sz w:val="17"/>
        </w:rPr>
        <w:t>This is an original template created by West Midlands Project Management, structured around widely-used MSP programme-management principles. It is not an official AXELOS-published or AXELOS-licensed document, and its use does not imply any AXELOS endorsement or certification.</w:t>
      </w:r>
    </w:p>
    <w:p>
      <w:r>
        <w:br w:type="page"/>
      </w:r>
    </w:p>
    <w:p>
      <w:pPr>
        <w:pStyle w:val="Heading1"/>
      </w:pPr>
      <w:r>
        <w:t>Document Control</w:t>
      </w:r>
    </w:p>
    <w:tbl>
      <w:tblPr>
        <w:tblStyle w:val="LightGrid-Accent2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Document Title</w:t>
            </w:r>
          </w:p>
        </w:tc>
        <w:tc>
          <w:tcPr>
            <w:tcW w:type="dxa" w:w="4320"/>
          </w:tcPr>
          <w:p>
            <w:r>
              <w:t>[Insert project/programme name] — [this document name]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Version</w:t>
            </w:r>
          </w:p>
        </w:tc>
        <w:tc>
          <w:tcPr>
            <w:tcW w:type="dxa" w:w="4320"/>
          </w:tcPr>
          <w:p>
            <w:r>
              <w:t>0.1 (draft)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Author</w:t>
            </w:r>
          </w:p>
        </w:tc>
        <w:tc>
          <w:tcPr>
            <w:tcW w:type="dxa" w:w="4320"/>
          </w:tcPr>
          <w:p>
            <w:r>
              <w:t>[Name, role]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Date</w:t>
            </w:r>
          </w:p>
        </w:tc>
        <w:tc>
          <w:tcPr>
            <w:tcW w:type="dxa" w:w="4320"/>
          </w:tcPr>
          <w:p>
            <w:r>
              <w:t>[DD/MM/YYYY]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Status</w:t>
            </w:r>
          </w:p>
        </w:tc>
        <w:tc>
          <w:tcPr>
            <w:tcW w:type="dxa" w:w="4320"/>
          </w:tcPr>
          <w:p>
            <w:r>
              <w:t>[Draft / Under Review / Approved]</w:t>
            </w:r>
          </w:p>
        </w:tc>
      </w:tr>
    </w:tbl>
    <w:p/>
    <w:p>
      <w:pPr>
        <w:pStyle w:val="Heading1"/>
      </w:pPr>
      <w:r>
        <w:t>1. Reporting Period</w:t>
      </w:r>
    </w:p>
    <w:p>
      <w:r>
        <w:t>[Insert reporting period]</w:t>
      </w:r>
    </w:p>
    <w:p>
      <w:pPr>
        <w:pStyle w:val="Heading1"/>
      </w:pPr>
      <w:r>
        <w:t>2. Overall Programme Status</w:t>
      </w:r>
    </w:p>
    <w:tbl>
      <w:tblPr>
        <w:tblStyle w:val="LightGrid-Accent2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FFF3E0"/>
          </w:tcPr>
          <w:p>
            <w:r>
              <w:rPr>
                <w:b/>
              </w:rPr>
              <w:t>Area</w:t>
            </w:r>
          </w:p>
        </w:tc>
        <w:tc>
          <w:tcPr>
            <w:tcW w:type="dxa" w:w="2880"/>
            <w:shd w:fill="FFF3E0"/>
          </w:tcPr>
          <w:p>
            <w:r>
              <w:rPr>
                <w:b/>
              </w:rPr>
              <w:t>RAG Status</w:t>
            </w:r>
          </w:p>
        </w:tc>
        <w:tc>
          <w:tcPr>
            <w:tcW w:type="dxa" w:w="2880"/>
            <w:shd w:fill="FFF3E0"/>
          </w:tcPr>
          <w:p>
            <w:r>
              <w:rPr>
                <w:b/>
              </w:rPr>
              <w:t>Commentary</w:t>
            </w:r>
          </w:p>
        </w:tc>
      </w:tr>
      <w:tr>
        <w:tc>
          <w:tcPr>
            <w:tcW w:type="dxa" w:w="2880"/>
          </w:tcPr>
          <w:p>
            <w:r>
              <w:t>Blueprint / Target State</w:t>
            </w:r>
          </w:p>
        </w:tc>
        <w:tc>
          <w:tcPr>
            <w:tcW w:type="dxa" w:w="2880"/>
          </w:tcPr>
          <w:p>
            <w:r>
              <w:t>[Red/Amber/Green]</w:t>
            </w:r>
          </w:p>
        </w:tc>
        <w:tc>
          <w:tcPr>
            <w:tcW w:type="dxa" w:w="2880"/>
          </w:tcPr>
          <w:p>
            <w:r>
              <w:t>[Insert]</w:t>
            </w:r>
          </w:p>
        </w:tc>
      </w:tr>
      <w:tr>
        <w:tc>
          <w:tcPr>
            <w:tcW w:type="dxa" w:w="2880"/>
          </w:tcPr>
          <w:p>
            <w:r>
              <w:t>Benefits Realisation</w:t>
            </w:r>
          </w:p>
        </w:tc>
        <w:tc>
          <w:tcPr>
            <w:tcW w:type="dxa" w:w="2880"/>
          </w:tcPr>
          <w:p>
            <w:r>
              <w:t>[Red/Amber/Green]</w:t>
            </w:r>
          </w:p>
        </w:tc>
        <w:tc>
          <w:tcPr>
            <w:tcW w:type="dxa" w:w="2880"/>
          </w:tcPr>
          <w:p>
            <w:r>
              <w:t>[Insert]</w:t>
            </w:r>
          </w:p>
        </w:tc>
      </w:tr>
      <w:tr>
        <w:tc>
          <w:tcPr>
            <w:tcW w:type="dxa" w:w="2880"/>
          </w:tcPr>
          <w:p>
            <w:r>
              <w:t>Constituent Projects</w:t>
            </w:r>
          </w:p>
        </w:tc>
        <w:tc>
          <w:tcPr>
            <w:tcW w:type="dxa" w:w="2880"/>
          </w:tcPr>
          <w:p>
            <w:r>
              <w:t>[Red/Amber/Green]</w:t>
            </w:r>
          </w:p>
        </w:tc>
        <w:tc>
          <w:tcPr>
            <w:tcW w:type="dxa" w:w="2880"/>
          </w:tcPr>
          <w:p>
            <w:r>
              <w:t>[Insert]</w:t>
            </w:r>
          </w:p>
        </w:tc>
      </w:tr>
      <w:tr>
        <w:tc>
          <w:tcPr>
            <w:tcW w:type="dxa" w:w="2880"/>
          </w:tcPr>
          <w:p>
            <w:r>
              <w:t>Budget</w:t>
            </w:r>
          </w:p>
        </w:tc>
        <w:tc>
          <w:tcPr>
            <w:tcW w:type="dxa" w:w="2880"/>
          </w:tcPr>
          <w:p>
            <w:r>
              <w:t>[Red/Amber/Green]</w:t>
            </w:r>
          </w:p>
        </w:tc>
        <w:tc>
          <w:tcPr>
            <w:tcW w:type="dxa" w:w="2880"/>
          </w:tcPr>
          <w:p>
            <w:r>
              <w:t>[Insert]</w:t>
            </w:r>
          </w:p>
        </w:tc>
      </w:tr>
      <w:tr>
        <w:tc>
          <w:tcPr>
            <w:tcW w:type="dxa" w:w="2880"/>
          </w:tcPr>
          <w:p>
            <w:r>
              <w:t>Risk Exposure</w:t>
            </w:r>
          </w:p>
        </w:tc>
        <w:tc>
          <w:tcPr>
            <w:tcW w:type="dxa" w:w="2880"/>
          </w:tcPr>
          <w:p>
            <w:r>
              <w:t>[Red/Amber/Green]</w:t>
            </w:r>
          </w:p>
        </w:tc>
        <w:tc>
          <w:tcPr>
            <w:tcW w:type="dxa" w:w="2880"/>
          </w:tcPr>
          <w:p>
            <w:r>
              <w:t>[Insert]</w:t>
            </w:r>
          </w:p>
        </w:tc>
      </w:tr>
    </w:tbl>
    <w:p/>
    <w:p>
      <w:pPr>
        <w:pStyle w:val="Heading1"/>
      </w:pPr>
      <w:r>
        <w:t>3. Constituent Project Summary</w:t>
      </w:r>
    </w:p>
    <w:tbl>
      <w:tblPr>
        <w:tblStyle w:val="LightGrid-Accent2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FFF3E0"/>
          </w:tcPr>
          <w:p>
            <w:r>
              <w:rPr>
                <w:b/>
              </w:rPr>
              <w:t>Project</w:t>
            </w:r>
          </w:p>
        </w:tc>
        <w:tc>
          <w:tcPr>
            <w:tcW w:type="dxa" w:w="2880"/>
            <w:shd w:fill="FFF3E0"/>
          </w:tcPr>
          <w:p>
            <w:r>
              <w:rPr>
                <w:b/>
              </w:rPr>
              <w:t>Status</w:t>
            </w:r>
          </w:p>
        </w:tc>
        <w:tc>
          <w:tcPr>
            <w:tcW w:type="dxa" w:w="2880"/>
            <w:shd w:fill="FFF3E0"/>
          </w:tcPr>
          <w:p>
            <w:r>
              <w:rPr>
                <w:b/>
              </w:rPr>
              <w:t>Key Update</w:t>
            </w:r>
          </w:p>
        </w:tc>
      </w:tr>
      <w:tr>
        <w:tc>
          <w:tcPr>
            <w:tcW w:type="dxa" w:w="2880"/>
          </w:tcPr>
          <w:p>
            <w:r>
              <w:t>[Insert]</w:t>
            </w:r>
          </w:p>
        </w:tc>
        <w:tc>
          <w:tcPr>
            <w:tcW w:type="dxa" w:w="2880"/>
          </w:tcPr>
          <w:p>
            <w:r>
              <w:t>[Red/Amber/Green]</w:t>
            </w:r>
          </w:p>
        </w:tc>
        <w:tc>
          <w:tcPr>
            <w:tcW w:type="dxa" w:w="2880"/>
          </w:tcPr>
          <w:p>
            <w:r>
              <w:t>[Insert]</w:t>
            </w:r>
          </w:p>
        </w:tc>
      </w:tr>
    </w:tbl>
    <w:p/>
    <w:p>
      <w:pPr>
        <w:pStyle w:val="Heading1"/>
      </w:pPr>
      <w:r>
        <w:t>4. Benefits Progress</w:t>
      </w:r>
    </w:p>
    <w:tbl>
      <w:tblPr>
        <w:tblStyle w:val="LightGrid-Accent2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FFF3E0"/>
          </w:tcPr>
          <w:p>
            <w:r>
              <w:rPr>
                <w:b/>
              </w:rPr>
              <w:t>Benefit</w:t>
            </w:r>
          </w:p>
        </w:tc>
        <w:tc>
          <w:tcPr>
            <w:tcW w:type="dxa" w:w="2880"/>
            <w:shd w:fill="FFF3E0"/>
          </w:tcPr>
          <w:p>
            <w:r>
              <w:rPr>
                <w:b/>
              </w:rPr>
              <w:t>Target</w:t>
            </w:r>
          </w:p>
        </w:tc>
        <w:tc>
          <w:tcPr>
            <w:tcW w:type="dxa" w:w="2880"/>
            <w:shd w:fill="FFF3E0"/>
          </w:tcPr>
          <w:p>
            <w:r>
              <w:rPr>
                <w:b/>
              </w:rPr>
              <w:t>Progress to Date</w:t>
            </w:r>
          </w:p>
        </w:tc>
      </w:tr>
      <w:tr>
        <w:tc>
          <w:tcPr>
            <w:tcW w:type="dxa" w:w="2880"/>
          </w:tcPr>
          <w:p>
            <w:r>
              <w:t>[Insert]</w:t>
            </w:r>
          </w:p>
        </w:tc>
        <w:tc>
          <w:tcPr>
            <w:tcW w:type="dxa" w:w="2880"/>
          </w:tcPr>
          <w:p>
            <w:r>
              <w:t>[Insert]</w:t>
            </w:r>
          </w:p>
        </w:tc>
        <w:tc>
          <w:tcPr>
            <w:tcW w:type="dxa" w:w="2880"/>
          </w:tcPr>
          <w:p>
            <w:r>
              <w:t>[Insert]</w:t>
            </w:r>
          </w:p>
        </w:tc>
      </w:tr>
    </w:tbl>
    <w:p/>
    <w:p>
      <w:pPr>
        <w:pStyle w:val="Heading1"/>
      </w:pPr>
      <w:r>
        <w:t>5. Key Risks &amp; Issues</w:t>
      </w:r>
    </w:p>
    <w:p>
      <w:r>
        <w:t>[Summarise from the Programme Risk &amp; Issue Register — anything the Board needs visibility of this period.]</w:t>
      </w:r>
    </w:p>
    <w:p>
      <w:pPr>
        <w:pStyle w:val="Heading1"/>
      </w:pPr>
      <w:r>
        <w:t>6. Decisions Required from the Board</w:t>
      </w:r>
    </w:p>
    <w:p>
      <w:r>
        <w:t>[Anything the Programme Board needs to decide this period.]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C4A3A"/>
        <w:sz w:val="16"/>
      </w:rPr>
      <w:t>westmidlandsprojectmanagement.co.uk  |  hello@westmidlandsprojectmanagement.co.uk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01409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EA580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EA580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